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4E50B3" w14:paraId="384A502B" w14:textId="77777777" w:rsidTr="00D145C9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56668D26" w14:textId="77777777" w:rsidR="004E50B3" w:rsidRDefault="004E50B3" w:rsidP="00D145C9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6BEDB471" wp14:editId="19305295">
                  <wp:extent cx="885825" cy="895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3741D5F4" w14:textId="77777777" w:rsidR="004E50B3" w:rsidRDefault="004E50B3" w:rsidP="00D145C9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3B9C1BC" w14:textId="77777777" w:rsidR="004E50B3" w:rsidRDefault="004E50B3" w:rsidP="00D145C9">
            <w:pPr>
              <w:keepNext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BACĂU</w:t>
            </w:r>
          </w:p>
        </w:tc>
      </w:tr>
      <w:tr w:rsidR="004E50B3" w14:paraId="3677B00A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15F259AA" w14:textId="77777777" w:rsidR="004E50B3" w:rsidRDefault="004E50B3" w:rsidP="00D145C9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0D6692A5" w14:textId="77777777" w:rsidR="004E50B3" w:rsidRDefault="004E50B3" w:rsidP="00D145C9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33148D26" w14:textId="77777777" w:rsidR="004E50B3" w:rsidRDefault="004E50B3" w:rsidP="00D145C9">
            <w:pPr>
              <w:keepNext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CONSILIUL JUDEȚEAN BACĂU</w:t>
            </w:r>
          </w:p>
        </w:tc>
      </w:tr>
      <w:tr w:rsidR="004E50B3" w14:paraId="3D71AE19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28A9432E" w14:textId="77777777" w:rsidR="004E50B3" w:rsidRDefault="004E50B3" w:rsidP="00D145C9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083037F" w14:textId="77777777" w:rsidR="004E50B3" w:rsidRDefault="004E50B3" w:rsidP="00D145C9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Cod de identificare fiscală (CIF)</w:t>
            </w:r>
          </w:p>
          <w:p w14:paraId="3D29D310" w14:textId="77777777" w:rsidR="004E50B3" w:rsidRDefault="004E50B3" w:rsidP="00D145C9">
            <w:pPr>
              <w:keepNext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892E1F0" w14:textId="77777777" w:rsidR="004E50B3" w:rsidRDefault="004E50B3" w:rsidP="00D145C9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05F259F5" w14:textId="77777777" w:rsidR="004E50B3" w:rsidRDefault="004E50B3" w:rsidP="00D145C9">
            <w:pPr>
              <w:keepNext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4E50B3" w14:paraId="0B9B95D0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4D30C15C" w14:textId="77777777" w:rsidR="004E50B3" w:rsidRDefault="004E50B3" w:rsidP="00D145C9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6276BCD0" w14:textId="77777777" w:rsidR="004E50B3" w:rsidRDefault="004E50B3" w:rsidP="00D145C9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003661F7" w14:textId="77777777" w:rsidR="004E50B3" w:rsidRDefault="004E50B3" w:rsidP="00D145C9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4158F182" w14:textId="77777777" w:rsidR="004E50B3" w:rsidRDefault="004E50B3" w:rsidP="00D145C9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0C35EB96" w14:textId="77777777" w:rsidR="004E50B3" w:rsidRDefault="004E50B3" w:rsidP="00D145C9">
            <w:pPr>
              <w:keepNext/>
            </w:pPr>
          </w:p>
        </w:tc>
      </w:tr>
      <w:tr w:rsidR="004E50B3" w14:paraId="238622B1" w14:textId="77777777" w:rsidTr="00D145C9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ACF0881" w14:textId="77777777" w:rsidR="004E50B3" w:rsidRDefault="004E50B3" w:rsidP="00D145C9">
            <w:pPr>
              <w:rPr>
                <w:lang w:val="fr-FR"/>
              </w:rPr>
            </w:pPr>
            <w:r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0EFADD9B" w14:textId="77777777" w:rsidR="00C85C0B" w:rsidRPr="003A7070" w:rsidRDefault="00554033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554033">
      <w:pPr>
        <w:spacing w:after="120"/>
        <w:jc w:val="center"/>
      </w:pPr>
      <w:r>
        <w:rPr>
          <w:sz w:val="19"/>
        </w:rPr>
        <w:t>privind finalizarea lucrărilor notificate și solicitarea participării reprezentantului UAT la recepție</w:t>
      </w:r>
    </w:p>
    <w:p w14:paraId="279D8DA9" w14:textId="77777777" w:rsidR="00C85C0B" w:rsidRDefault="00C85C0B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554033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554033">
            <w:pPr>
              <w:keepNext/>
              <w:rPr>
                <w:lang w:val="fr-FR"/>
              </w:rPr>
            </w:pPr>
            <w:r w:rsidRPr="00150E80">
              <w:rPr>
                <w:b/>
                <w:color w:val="0D5F78"/>
                <w:lang w:val="fr-FR"/>
              </w:rPr>
              <w:t>Instituția</w:t>
            </w:r>
          </w:p>
          <w:p w14:paraId="437F1C7F" w14:textId="77777777" w:rsidR="004E50B3" w:rsidRPr="005A1E13" w:rsidRDefault="004E50B3" w:rsidP="004E50B3">
            <w:pPr>
              <w:keepNext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>Președi</w:t>
            </w:r>
            <w:bookmarkStart w:id="0" w:name="_GoBack"/>
            <w:bookmarkEnd w:id="0"/>
            <w:r w:rsidRPr="00310E6F">
              <w:rPr>
                <w:color w:val="000000" w:themeColor="text1"/>
                <w:sz w:val="22"/>
                <w:lang w:val="fr-FR"/>
              </w:rPr>
              <w:t xml:space="preserve">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554033">
            <w:pPr>
              <w:spacing w:line="228" w:lineRule="auto"/>
              <w:rPr>
                <w:lang w:val="fr-FR"/>
              </w:rPr>
            </w:pPr>
            <w:r w:rsidRPr="00150E80">
              <w:rPr>
                <w:lang w:val="fr-FR"/>
              </w:rPr>
              <w:t xml:space="preserve">Cererea va fi transmisă către </w:t>
            </w:r>
            <w:r w:rsidRPr="00150E80">
              <w:rPr>
                <w:lang w:val="fr-FR"/>
              </w:rPr>
              <w:t>președintele consiliului județean, primarul general, primarul de sector sau primarul municipiului / orașului / comunei, după caz.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554033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554033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554033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554033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554033">
            <w:r>
              <w:rPr>
                <w:b/>
                <w:color w:val="0D5F78"/>
              </w:rPr>
              <w:t>Telefon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554033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554033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554033">
            <w:r>
              <w:rPr>
                <w:b/>
                <w:color w:val="0D5F78"/>
              </w:rPr>
              <w:t>Nr. / data notificării</w:t>
            </w:r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554033">
            <w:r>
              <w:rPr>
                <w:b/>
                <w:color w:val="0D5F78"/>
              </w:rPr>
              <w:t>Proiect nr. / cod</w:t>
            </w:r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554033">
            <w:r>
              <w:rPr>
                <w:b/>
                <w:color w:val="0D5F78"/>
              </w:rPr>
              <w:t>Imobilul</w:t>
            </w:r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554033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 xml:space="preserve">Data începerii </w:t>
            </w:r>
            <w:r>
              <w:rPr>
                <w:b/>
                <w:color w:val="0D5F78"/>
              </w:rPr>
              <w:t>lucrărilor</w:t>
            </w:r>
          </w:p>
          <w:p w14:paraId="2D6D470D" w14:textId="77777777" w:rsidR="00C85C0B" w:rsidRDefault="00554033">
            <w:pPr>
              <w:keepNext/>
            </w:pPr>
            <w:r>
              <w:rPr>
                <w:i/>
                <w:color w:val="7A7A7A"/>
              </w:rPr>
              <w:t>se declară aici</w:t>
            </w:r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Data finalizării</w:t>
            </w:r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Data propusă pentru recepție</w:t>
            </w:r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554033">
            <w:pPr>
              <w:keepNext/>
            </w:pPr>
            <w:r>
              <w:rPr>
                <w:b/>
                <w:color w:val="0D5F78"/>
              </w:rPr>
              <w:t>locul</w:t>
            </w:r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r w:rsidRPr="00150E80">
              <w:t>privind Codul amenajării teritoriului, urbanismului și construcțiilor</w:t>
            </w:r>
            <w:r>
              <w:t xml:space="preserve">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554033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554033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554033">
            <w:r>
              <w:rPr>
                <w:b/>
                <w:color w:val="0D5F78"/>
              </w:rPr>
              <w:t>Beneficiarul</w:t>
            </w:r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554033">
            <w:r>
              <w:rPr>
                <w:b/>
                <w:color w:val="0D5F78"/>
              </w:rPr>
              <w:t>Semnătura</w:t>
            </w:r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11D5E" w14:textId="77777777" w:rsidR="00554033" w:rsidRDefault="00554033">
      <w:r>
        <w:separator/>
      </w:r>
    </w:p>
  </w:endnote>
  <w:endnote w:type="continuationSeparator" w:id="0">
    <w:p w14:paraId="6E340F12" w14:textId="77777777" w:rsidR="00554033" w:rsidRDefault="0055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A5726" w14:textId="7E7EF159" w:rsidR="00C85C0B" w:rsidRDefault="00554033">
    <w:pPr>
      <w:pStyle w:val="Footer"/>
      <w:tabs>
        <w:tab w:val="right" w:pos="9639"/>
      </w:tabs>
    </w:pPr>
    <w:r>
      <w:rPr>
        <w:color w:val="595959"/>
      </w:rPr>
      <w:t>F_NOT_07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4E50B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4E50B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CDFF7" w14:textId="77777777" w:rsidR="00554033" w:rsidRDefault="00554033">
      <w:r>
        <w:separator/>
      </w:r>
    </w:p>
  </w:footnote>
  <w:footnote w:type="continuationSeparator" w:id="0">
    <w:p w14:paraId="73B15C39" w14:textId="77777777" w:rsidR="00554033" w:rsidRDefault="0055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0E80"/>
    <w:rsid w:val="0029639D"/>
    <w:rsid w:val="00326F90"/>
    <w:rsid w:val="003A7070"/>
    <w:rsid w:val="003F0F62"/>
    <w:rsid w:val="004E50B3"/>
    <w:rsid w:val="00554033"/>
    <w:rsid w:val="005C02E4"/>
    <w:rsid w:val="00AA1D8D"/>
    <w:rsid w:val="00B47730"/>
    <w:rsid w:val="00B94163"/>
    <w:rsid w:val="00C85C0B"/>
    <w:rsid w:val="00CB0664"/>
    <w:rsid w:val="00E61A6B"/>
    <w:rsid w:val="00EE65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E5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03EDE7-334A-4A27-A54A-B6B7C8FE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3</cp:revision>
  <dcterms:created xsi:type="dcterms:W3CDTF">2026-08-31T08:20:00Z</dcterms:created>
  <dcterms:modified xsi:type="dcterms:W3CDTF">2026-08-31T08:21:00Z</dcterms:modified>
  <cp:category/>
</cp:coreProperties>
</file>